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SmartSale SaaS V34.0</w:t>
        <w:br/>
        <w:t>MAN-001</w:t>
        <w:br/>
        <w:t>Manual de Instalación Windows</w:t>
      </w:r>
    </w:p>
    <w:p>
      <w:pPr>
        <w:pStyle w:val="Heading1"/>
      </w:pPr>
      <w:r>
        <w:t>Objetivo</w:t>
      </w:r>
    </w:p>
    <w:p>
      <w:r>
        <w:t>Este manual guía a un técnico para instalar, configurar y validar SmartSale SaaS V34.0 en Windows.</w:t>
      </w:r>
    </w:p>
    <w:p>
      <w:pPr>
        <w:pStyle w:val="Heading1"/>
      </w:pPr>
      <w:r>
        <w:t>Introducción</w:t>
      </w:r>
    </w:p>
    <w:p>
      <w:r>
        <w:t>Descripción detallada del capítulo.</w:t>
      </w:r>
    </w:p>
    <w:p>
      <w:pPr>
        <w:pStyle w:val="ListNumber"/>
      </w:pPr>
      <w:r>
        <w:t>Paso 1: realizar la actividad correspondiente y confirmar el resultado esperado.</w:t>
      </w:r>
    </w:p>
    <w:p>
      <w:pPr>
        <w:pStyle w:val="ListNumber"/>
      </w:pPr>
      <w:r>
        <w:t>Paso 2: realizar la actividad correspondiente y confirmar el resultado esperado.</w:t>
      </w:r>
    </w:p>
    <w:p>
      <w:pPr>
        <w:pStyle w:val="ListNumber"/>
      </w:pPr>
      <w:r>
        <w:t>Paso 3: realizar la actividad correspondiente y confirmar el resultado esperado.</w:t>
      </w:r>
    </w:p>
    <w:p>
      <w:pPr>
        <w:pStyle w:val="ListNumber"/>
      </w:pPr>
      <w:r>
        <w:t>Paso 4: realizar la actividad correspondiente y confirmar el resultado esperado.</w:t>
      </w:r>
    </w:p>
    <w:p>
      <w:pPr>
        <w:pStyle w:val="ListNumber"/>
      </w:pPr>
      <w:r>
        <w:t>Paso 5: realizar la actividad correspondiente y confirmar el resultado esperado.</w:t>
      </w:r>
    </w:p>
    <w:p>
      <w:pPr>
        <w:pStyle w:val="ListNumber"/>
      </w:pPr>
      <w:r>
        <w:t>Paso 6: realizar la actividad correspondiente y confirmar el resultado esperado.</w:t>
      </w:r>
    </w:p>
    <w:p>
      <w:pPr>
        <w:pStyle w:val="ListNumber"/>
      </w:pPr>
      <w:r>
        <w:t>Paso 7: realizar la actividad correspondiente y confirmar el resultado esperado.</w:t>
      </w:r>
    </w:p>
    <w:p>
      <w:pPr>
        <w:pStyle w:val="ListNumber"/>
      </w:pPr>
      <w:r>
        <w:t>Paso 8: realizar la actividad correspondiente y confirmar el resultado esperado.</w:t>
      </w:r>
    </w:p>
    <w:p>
      <w:pPr>
        <w:pStyle w:val="ListNumber"/>
      </w:pPr>
      <w:r>
        <w:t>Paso 9: realizar la actividad correspondiente y confirmar el resultado esperado.</w:t>
      </w:r>
    </w:p>
    <w:p>
      <w:pPr>
        <w:pStyle w:val="ListNumber"/>
      </w:pPr>
      <w:r>
        <w:t>Paso 10: realizar la actividad correspondiente y confirmar el resultado esperado.</w:t>
      </w:r>
    </w:p>
    <w:p>
      <w:r>
        <w:t>Resultado esperado: el procedimiento finaliza correctamente y el sistema permanece operativo.</w:t>
      </w:r>
    </w:p>
    <w:p>
      <w:pPr>
        <w:pStyle w:val="Heading1"/>
      </w:pPr>
      <w:r>
        <w:t>Requisitos del sistema</w:t>
      </w:r>
    </w:p>
    <w:p>
      <w:r>
        <w:t>Descripción detallada del capítulo.</w:t>
      </w:r>
    </w:p>
    <w:p>
      <w:pPr>
        <w:pStyle w:val="ListNumber"/>
      </w:pPr>
      <w:r>
        <w:t>Paso 1: realizar la actividad correspondiente y confirmar el resultado esperado.</w:t>
      </w:r>
    </w:p>
    <w:p>
      <w:pPr>
        <w:pStyle w:val="ListNumber"/>
      </w:pPr>
      <w:r>
        <w:t>Paso 2: realizar la actividad correspondiente y confirmar el resultado esperado.</w:t>
      </w:r>
    </w:p>
    <w:p>
      <w:pPr>
        <w:pStyle w:val="ListNumber"/>
      </w:pPr>
      <w:r>
        <w:t>Paso 3: realizar la actividad correspondiente y confirmar el resultado esperado.</w:t>
      </w:r>
    </w:p>
    <w:p>
      <w:pPr>
        <w:pStyle w:val="ListNumber"/>
      </w:pPr>
      <w:r>
        <w:t>Paso 4: realizar la actividad correspondiente y confirmar el resultado esperado.</w:t>
      </w:r>
    </w:p>
    <w:p>
      <w:pPr>
        <w:pStyle w:val="ListNumber"/>
      </w:pPr>
      <w:r>
        <w:t>Paso 5: realizar la actividad correspondiente y confirmar el resultado esperado.</w:t>
      </w:r>
    </w:p>
    <w:p>
      <w:pPr>
        <w:pStyle w:val="ListNumber"/>
      </w:pPr>
      <w:r>
        <w:t>Paso 6: realizar la actividad correspondiente y confirmar el resultado esperado.</w:t>
      </w:r>
    </w:p>
    <w:p>
      <w:pPr>
        <w:pStyle w:val="ListNumber"/>
      </w:pPr>
      <w:r>
        <w:t>Paso 7: realizar la actividad correspondiente y confirmar el resultado esperado.</w:t>
      </w:r>
    </w:p>
    <w:p>
      <w:pPr>
        <w:pStyle w:val="ListNumber"/>
      </w:pPr>
      <w:r>
        <w:t>Paso 8: realizar la actividad correspondiente y confirmar el resultado esperado.</w:t>
      </w:r>
    </w:p>
    <w:p>
      <w:pPr>
        <w:pStyle w:val="ListNumber"/>
      </w:pPr>
      <w:r>
        <w:t>Paso 9: realizar la actividad correspondiente y confirmar el resultado esperado.</w:t>
      </w:r>
    </w:p>
    <w:p>
      <w:pPr>
        <w:pStyle w:val="ListNumber"/>
      </w:pPr>
      <w:r>
        <w:t>Paso 10: realizar la actividad correspondiente y confirmar el resultado esperado.</w:t>
      </w:r>
    </w:p>
    <w:p>
      <w:r>
        <w:t>Resultado esperado: el procedimiento finaliza correctamente y el sistema permanece operativo.</w:t>
      </w:r>
    </w:p>
    <w:p>
      <w:pPr>
        <w:pStyle w:val="Heading1"/>
      </w:pPr>
      <w:r>
        <w:t>Preparación del equipo</w:t>
      </w:r>
    </w:p>
    <w:p>
      <w:r>
        <w:t>Descripción detallada del capítulo.</w:t>
      </w:r>
    </w:p>
    <w:p>
      <w:pPr>
        <w:pStyle w:val="ListNumber"/>
      </w:pPr>
      <w:r>
        <w:t>Paso 1: realizar la actividad correspondiente y confirmar el resultado esperado.</w:t>
      </w:r>
    </w:p>
    <w:p>
      <w:pPr>
        <w:pStyle w:val="ListNumber"/>
      </w:pPr>
      <w:r>
        <w:t>Paso 2: realizar la actividad correspondiente y confirmar el resultado esperado.</w:t>
      </w:r>
    </w:p>
    <w:p>
      <w:pPr>
        <w:pStyle w:val="ListNumber"/>
      </w:pPr>
      <w:r>
        <w:t>Paso 3: realizar la actividad correspondiente y confirmar el resultado esperado.</w:t>
      </w:r>
    </w:p>
    <w:p>
      <w:pPr>
        <w:pStyle w:val="ListNumber"/>
      </w:pPr>
      <w:r>
        <w:t>Paso 4: realizar la actividad correspondiente y confirmar el resultado esperado.</w:t>
      </w:r>
    </w:p>
    <w:p>
      <w:pPr>
        <w:pStyle w:val="ListNumber"/>
      </w:pPr>
      <w:r>
        <w:t>Paso 5: realizar la actividad correspondiente y confirmar el resultado esperado.</w:t>
      </w:r>
    </w:p>
    <w:p>
      <w:pPr>
        <w:pStyle w:val="ListNumber"/>
      </w:pPr>
      <w:r>
        <w:t>Paso 6: realizar la actividad correspondiente y confirmar el resultado esperado.</w:t>
      </w:r>
    </w:p>
    <w:p>
      <w:pPr>
        <w:pStyle w:val="ListNumber"/>
      </w:pPr>
      <w:r>
        <w:t>Paso 7: realizar la actividad correspondiente y confirmar el resultado esperado.</w:t>
      </w:r>
    </w:p>
    <w:p>
      <w:pPr>
        <w:pStyle w:val="ListNumber"/>
      </w:pPr>
      <w:r>
        <w:t>Paso 8: realizar la actividad correspondiente y confirmar el resultado esperado.</w:t>
      </w:r>
    </w:p>
    <w:p>
      <w:pPr>
        <w:pStyle w:val="ListNumber"/>
      </w:pPr>
      <w:r>
        <w:t>Paso 9: realizar la actividad correspondiente y confirmar el resultado esperado.</w:t>
      </w:r>
    </w:p>
    <w:p>
      <w:pPr>
        <w:pStyle w:val="ListNumber"/>
      </w:pPr>
      <w:r>
        <w:t>Paso 10: realizar la actividad correspondiente y confirmar el resultado esperado.</w:t>
      </w:r>
    </w:p>
    <w:p>
      <w:r>
        <w:t>Resultado esperado: el procedimiento finaliza correctamente y el sistema permanece operativo.</w:t>
      </w:r>
    </w:p>
    <w:p>
      <w:pPr>
        <w:pStyle w:val="Heading1"/>
      </w:pPr>
      <w:r>
        <w:t>Instalación paso a paso</w:t>
      </w:r>
    </w:p>
    <w:p>
      <w:r>
        <w:t>Descripción detallada del capítulo.</w:t>
      </w:r>
    </w:p>
    <w:p>
      <w:pPr>
        <w:pStyle w:val="ListNumber"/>
      </w:pPr>
      <w:r>
        <w:t>Paso 1: realizar la actividad correspondiente y confirmar el resultado esperado.</w:t>
      </w:r>
    </w:p>
    <w:p>
      <w:pPr>
        <w:pStyle w:val="ListNumber"/>
      </w:pPr>
      <w:r>
        <w:t>Paso 2: realizar la actividad correspondiente y confirmar el resultado esperado.</w:t>
      </w:r>
    </w:p>
    <w:p>
      <w:pPr>
        <w:pStyle w:val="ListNumber"/>
      </w:pPr>
      <w:r>
        <w:t>Paso 3: realizar la actividad correspondiente y confirmar el resultado esperado.</w:t>
      </w:r>
    </w:p>
    <w:p>
      <w:pPr>
        <w:pStyle w:val="ListNumber"/>
      </w:pPr>
      <w:r>
        <w:t>Paso 4: realizar la actividad correspondiente y confirmar el resultado esperado.</w:t>
      </w:r>
    </w:p>
    <w:p>
      <w:pPr>
        <w:pStyle w:val="ListNumber"/>
      </w:pPr>
      <w:r>
        <w:t>Paso 5: realizar la actividad correspondiente y confirmar el resultado esperado.</w:t>
      </w:r>
    </w:p>
    <w:p>
      <w:pPr>
        <w:pStyle w:val="ListNumber"/>
      </w:pPr>
      <w:r>
        <w:t>Paso 6: realizar la actividad correspondiente y confirmar el resultado esperado.</w:t>
      </w:r>
    </w:p>
    <w:p>
      <w:pPr>
        <w:pStyle w:val="ListNumber"/>
      </w:pPr>
      <w:r>
        <w:t>Paso 7: realizar la actividad correspondiente y confirmar el resultado esperado.</w:t>
      </w:r>
    </w:p>
    <w:p>
      <w:pPr>
        <w:pStyle w:val="ListNumber"/>
      </w:pPr>
      <w:r>
        <w:t>Paso 8: realizar la actividad correspondiente y confirmar el resultado esperado.</w:t>
      </w:r>
    </w:p>
    <w:p>
      <w:pPr>
        <w:pStyle w:val="ListNumber"/>
      </w:pPr>
      <w:r>
        <w:t>Paso 9: realizar la actividad correspondiente y confirmar el resultado esperado.</w:t>
      </w:r>
    </w:p>
    <w:p>
      <w:pPr>
        <w:pStyle w:val="ListNumber"/>
      </w:pPr>
      <w:r>
        <w:t>Paso 10: realizar la actividad correspondiente y confirmar el resultado esperado.</w:t>
      </w:r>
    </w:p>
    <w:p>
      <w:r>
        <w:t>Resultado esperado: el procedimiento finaliza correctamente y el sistema permanece operativo.</w:t>
      </w:r>
    </w:p>
    <w:p>
      <w:pPr>
        <w:pStyle w:val="Heading1"/>
      </w:pPr>
      <w:r>
        <w:t>Primera ejecución</w:t>
      </w:r>
    </w:p>
    <w:p>
      <w:r>
        <w:t>Descripción detallada del capítulo.</w:t>
      </w:r>
    </w:p>
    <w:p>
      <w:pPr>
        <w:pStyle w:val="ListNumber"/>
      </w:pPr>
      <w:r>
        <w:t>Paso 1: realizar la actividad correspondiente y confirmar el resultado esperado.</w:t>
      </w:r>
    </w:p>
    <w:p>
      <w:pPr>
        <w:pStyle w:val="ListNumber"/>
      </w:pPr>
      <w:r>
        <w:t>Paso 2: realizar la actividad correspondiente y confirmar el resultado esperado.</w:t>
      </w:r>
    </w:p>
    <w:p>
      <w:pPr>
        <w:pStyle w:val="ListNumber"/>
      </w:pPr>
      <w:r>
        <w:t>Paso 3: realizar la actividad correspondiente y confirmar el resultado esperado.</w:t>
      </w:r>
    </w:p>
    <w:p>
      <w:pPr>
        <w:pStyle w:val="ListNumber"/>
      </w:pPr>
      <w:r>
        <w:t>Paso 4: realizar la actividad correspondiente y confirmar el resultado esperado.</w:t>
      </w:r>
    </w:p>
    <w:p>
      <w:pPr>
        <w:pStyle w:val="ListNumber"/>
      </w:pPr>
      <w:r>
        <w:t>Paso 5: realizar la actividad correspondiente y confirmar el resultado esperado.</w:t>
      </w:r>
    </w:p>
    <w:p>
      <w:pPr>
        <w:pStyle w:val="ListNumber"/>
      </w:pPr>
      <w:r>
        <w:t>Paso 6: realizar la actividad correspondiente y confirmar el resultado esperado.</w:t>
      </w:r>
    </w:p>
    <w:p>
      <w:pPr>
        <w:pStyle w:val="ListNumber"/>
      </w:pPr>
      <w:r>
        <w:t>Paso 7: realizar la actividad correspondiente y confirmar el resultado esperado.</w:t>
      </w:r>
    </w:p>
    <w:p>
      <w:pPr>
        <w:pStyle w:val="ListNumber"/>
      </w:pPr>
      <w:r>
        <w:t>Paso 8: realizar la actividad correspondiente y confirmar el resultado esperado.</w:t>
      </w:r>
    </w:p>
    <w:p>
      <w:pPr>
        <w:pStyle w:val="ListNumber"/>
      </w:pPr>
      <w:r>
        <w:t>Paso 9: realizar la actividad correspondiente y confirmar el resultado esperado.</w:t>
      </w:r>
    </w:p>
    <w:p>
      <w:pPr>
        <w:pStyle w:val="ListNumber"/>
      </w:pPr>
      <w:r>
        <w:t>Paso 10: realizar la actividad correspondiente y confirmar el resultado esperado.</w:t>
      </w:r>
    </w:p>
    <w:p>
      <w:r>
        <w:t>Resultado esperado: el procedimiento finaliza correctamente y el sistema permanece operativo.</w:t>
      </w:r>
    </w:p>
    <w:p>
      <w:pPr>
        <w:pStyle w:val="Heading1"/>
      </w:pPr>
      <w:r>
        <w:t>Activación de licencia</w:t>
      </w:r>
    </w:p>
    <w:p>
      <w:r>
        <w:t>Descripción detallada del capítulo.</w:t>
      </w:r>
    </w:p>
    <w:p>
      <w:pPr>
        <w:pStyle w:val="ListNumber"/>
      </w:pPr>
      <w:r>
        <w:t>Paso 1: realizar la actividad correspondiente y confirmar el resultado esperado.</w:t>
      </w:r>
    </w:p>
    <w:p>
      <w:pPr>
        <w:pStyle w:val="ListNumber"/>
      </w:pPr>
      <w:r>
        <w:t>Paso 2: realizar la actividad correspondiente y confirmar el resultado esperado.</w:t>
      </w:r>
    </w:p>
    <w:p>
      <w:pPr>
        <w:pStyle w:val="ListNumber"/>
      </w:pPr>
      <w:r>
        <w:t>Paso 3: realizar la actividad correspondiente y confirmar el resultado esperado.</w:t>
      </w:r>
    </w:p>
    <w:p>
      <w:pPr>
        <w:pStyle w:val="ListNumber"/>
      </w:pPr>
      <w:r>
        <w:t>Paso 4: realizar la actividad correspondiente y confirmar el resultado esperado.</w:t>
      </w:r>
    </w:p>
    <w:p>
      <w:pPr>
        <w:pStyle w:val="ListNumber"/>
      </w:pPr>
      <w:r>
        <w:t>Paso 5: realizar la actividad correspondiente y confirmar el resultado esperado.</w:t>
      </w:r>
    </w:p>
    <w:p>
      <w:pPr>
        <w:pStyle w:val="ListNumber"/>
      </w:pPr>
      <w:r>
        <w:t>Paso 6: realizar la actividad correspondiente y confirmar el resultado esperado.</w:t>
      </w:r>
    </w:p>
    <w:p>
      <w:pPr>
        <w:pStyle w:val="ListNumber"/>
      </w:pPr>
      <w:r>
        <w:t>Paso 7: realizar la actividad correspondiente y confirmar el resultado esperado.</w:t>
      </w:r>
    </w:p>
    <w:p>
      <w:pPr>
        <w:pStyle w:val="ListNumber"/>
      </w:pPr>
      <w:r>
        <w:t>Paso 8: realizar la actividad correspondiente y confirmar el resultado esperado.</w:t>
      </w:r>
    </w:p>
    <w:p>
      <w:pPr>
        <w:pStyle w:val="ListNumber"/>
      </w:pPr>
      <w:r>
        <w:t>Paso 9: realizar la actividad correspondiente y confirmar el resultado esperado.</w:t>
      </w:r>
    </w:p>
    <w:p>
      <w:pPr>
        <w:pStyle w:val="ListNumber"/>
      </w:pPr>
      <w:r>
        <w:t>Paso 10: realizar la actividad correspondiente y confirmar el resultado esperado.</w:t>
      </w:r>
    </w:p>
    <w:p>
      <w:r>
        <w:t>Resultado esperado: el procedimiento finaliza correctamente y el sistema permanece operativo.</w:t>
      </w:r>
    </w:p>
    <w:p>
      <w:pPr>
        <w:pStyle w:val="Heading1"/>
      </w:pPr>
      <w:r>
        <w:t>Configuración inicial</w:t>
      </w:r>
    </w:p>
    <w:p>
      <w:r>
        <w:t>Descripción detallada del capítulo.</w:t>
      </w:r>
    </w:p>
    <w:p>
      <w:pPr>
        <w:pStyle w:val="ListNumber"/>
      </w:pPr>
      <w:r>
        <w:t>Paso 1: realizar la actividad correspondiente y confirmar el resultado esperado.</w:t>
      </w:r>
    </w:p>
    <w:p>
      <w:pPr>
        <w:pStyle w:val="ListNumber"/>
      </w:pPr>
      <w:r>
        <w:t>Paso 2: realizar la actividad correspondiente y confirmar el resultado esperado.</w:t>
      </w:r>
    </w:p>
    <w:p>
      <w:pPr>
        <w:pStyle w:val="ListNumber"/>
      </w:pPr>
      <w:r>
        <w:t>Paso 3: realizar la actividad correspondiente y confirmar el resultado esperado.</w:t>
      </w:r>
    </w:p>
    <w:p>
      <w:pPr>
        <w:pStyle w:val="ListNumber"/>
      </w:pPr>
      <w:r>
        <w:t>Paso 4: realizar la actividad correspondiente y confirmar el resultado esperado.</w:t>
      </w:r>
    </w:p>
    <w:p>
      <w:pPr>
        <w:pStyle w:val="ListNumber"/>
      </w:pPr>
      <w:r>
        <w:t>Paso 5: realizar la actividad correspondiente y confirmar el resultado esperado.</w:t>
      </w:r>
    </w:p>
    <w:p>
      <w:pPr>
        <w:pStyle w:val="ListNumber"/>
      </w:pPr>
      <w:r>
        <w:t>Paso 6: realizar la actividad correspondiente y confirmar el resultado esperado.</w:t>
      </w:r>
    </w:p>
    <w:p>
      <w:pPr>
        <w:pStyle w:val="ListNumber"/>
      </w:pPr>
      <w:r>
        <w:t>Paso 7: realizar la actividad correspondiente y confirmar el resultado esperado.</w:t>
      </w:r>
    </w:p>
    <w:p>
      <w:pPr>
        <w:pStyle w:val="ListNumber"/>
      </w:pPr>
      <w:r>
        <w:t>Paso 8: realizar la actividad correspondiente y confirmar el resultado esperado.</w:t>
      </w:r>
    </w:p>
    <w:p>
      <w:pPr>
        <w:pStyle w:val="ListNumber"/>
      </w:pPr>
      <w:r>
        <w:t>Paso 9: realizar la actividad correspondiente y confirmar el resultado esperado.</w:t>
      </w:r>
    </w:p>
    <w:p>
      <w:pPr>
        <w:pStyle w:val="ListNumber"/>
      </w:pPr>
      <w:r>
        <w:t>Paso 10: realizar la actividad correspondiente y confirmar el resultado esperado.</w:t>
      </w:r>
    </w:p>
    <w:p>
      <w:r>
        <w:t>Resultado esperado: el procedimiento finaliza correctamente y el sistema permanece operativo.</w:t>
      </w:r>
    </w:p>
    <w:p>
      <w:pPr>
        <w:pStyle w:val="Heading1"/>
      </w:pPr>
      <w:r>
        <w:t>Configuración de impresoras</w:t>
      </w:r>
    </w:p>
    <w:p>
      <w:r>
        <w:t>Descripción detallada del capítulo.</w:t>
      </w:r>
    </w:p>
    <w:p>
      <w:pPr>
        <w:pStyle w:val="ListNumber"/>
      </w:pPr>
      <w:r>
        <w:t>Paso 1: realizar la actividad correspondiente y confirmar el resultado esperado.</w:t>
      </w:r>
    </w:p>
    <w:p>
      <w:pPr>
        <w:pStyle w:val="ListNumber"/>
      </w:pPr>
      <w:r>
        <w:t>Paso 2: realizar la actividad correspondiente y confirmar el resultado esperado.</w:t>
      </w:r>
    </w:p>
    <w:p>
      <w:pPr>
        <w:pStyle w:val="ListNumber"/>
      </w:pPr>
      <w:r>
        <w:t>Paso 3: realizar la actividad correspondiente y confirmar el resultado esperado.</w:t>
      </w:r>
    </w:p>
    <w:p>
      <w:pPr>
        <w:pStyle w:val="ListNumber"/>
      </w:pPr>
      <w:r>
        <w:t>Paso 4: realizar la actividad correspondiente y confirmar el resultado esperado.</w:t>
      </w:r>
    </w:p>
    <w:p>
      <w:pPr>
        <w:pStyle w:val="ListNumber"/>
      </w:pPr>
      <w:r>
        <w:t>Paso 5: realizar la actividad correspondiente y confirmar el resultado esperado.</w:t>
      </w:r>
    </w:p>
    <w:p>
      <w:pPr>
        <w:pStyle w:val="ListNumber"/>
      </w:pPr>
      <w:r>
        <w:t>Paso 6: realizar la actividad correspondiente y confirmar el resultado esperado.</w:t>
      </w:r>
    </w:p>
    <w:p>
      <w:pPr>
        <w:pStyle w:val="ListNumber"/>
      </w:pPr>
      <w:r>
        <w:t>Paso 7: realizar la actividad correspondiente y confirmar el resultado esperado.</w:t>
      </w:r>
    </w:p>
    <w:p>
      <w:pPr>
        <w:pStyle w:val="ListNumber"/>
      </w:pPr>
      <w:r>
        <w:t>Paso 8: realizar la actividad correspondiente y confirmar el resultado esperado.</w:t>
      </w:r>
    </w:p>
    <w:p>
      <w:pPr>
        <w:pStyle w:val="ListNumber"/>
      </w:pPr>
      <w:r>
        <w:t>Paso 9: realizar la actividad correspondiente y confirmar el resultado esperado.</w:t>
      </w:r>
    </w:p>
    <w:p>
      <w:pPr>
        <w:pStyle w:val="ListNumber"/>
      </w:pPr>
      <w:r>
        <w:t>Paso 10: realizar la actividad correspondiente y confirmar el resultado esperado.</w:t>
      </w:r>
    </w:p>
    <w:p>
      <w:r>
        <w:t>Resultado esperado: el procedimiento finaliza correctamente y el sistema permanece operativo.</w:t>
      </w:r>
    </w:p>
    <w:p>
      <w:pPr>
        <w:pStyle w:val="Heading1"/>
      </w:pPr>
      <w:r>
        <w:t>Validación funcional</w:t>
      </w:r>
    </w:p>
    <w:p>
      <w:r>
        <w:t>Descripción detallada del capítulo.</w:t>
      </w:r>
    </w:p>
    <w:p>
      <w:pPr>
        <w:pStyle w:val="ListNumber"/>
      </w:pPr>
      <w:r>
        <w:t>Paso 1: realizar la actividad correspondiente y confirmar el resultado esperado.</w:t>
      </w:r>
    </w:p>
    <w:p>
      <w:pPr>
        <w:pStyle w:val="ListNumber"/>
      </w:pPr>
      <w:r>
        <w:t>Paso 2: realizar la actividad correspondiente y confirmar el resultado esperado.</w:t>
      </w:r>
    </w:p>
    <w:p>
      <w:pPr>
        <w:pStyle w:val="ListNumber"/>
      </w:pPr>
      <w:r>
        <w:t>Paso 3: realizar la actividad correspondiente y confirmar el resultado esperado.</w:t>
      </w:r>
    </w:p>
    <w:p>
      <w:pPr>
        <w:pStyle w:val="ListNumber"/>
      </w:pPr>
      <w:r>
        <w:t>Paso 4: realizar la actividad correspondiente y confirmar el resultado esperado.</w:t>
      </w:r>
    </w:p>
    <w:p>
      <w:pPr>
        <w:pStyle w:val="ListNumber"/>
      </w:pPr>
      <w:r>
        <w:t>Paso 5: realizar la actividad correspondiente y confirmar el resultado esperado.</w:t>
      </w:r>
    </w:p>
    <w:p>
      <w:pPr>
        <w:pStyle w:val="ListNumber"/>
      </w:pPr>
      <w:r>
        <w:t>Paso 6: realizar la actividad correspondiente y confirmar el resultado esperado.</w:t>
      </w:r>
    </w:p>
    <w:p>
      <w:pPr>
        <w:pStyle w:val="ListNumber"/>
      </w:pPr>
      <w:r>
        <w:t>Paso 7: realizar la actividad correspondiente y confirmar el resultado esperado.</w:t>
      </w:r>
    </w:p>
    <w:p>
      <w:pPr>
        <w:pStyle w:val="ListNumber"/>
      </w:pPr>
      <w:r>
        <w:t>Paso 8: realizar la actividad correspondiente y confirmar el resultado esperado.</w:t>
      </w:r>
    </w:p>
    <w:p>
      <w:pPr>
        <w:pStyle w:val="ListNumber"/>
      </w:pPr>
      <w:r>
        <w:t>Paso 9: realizar la actividad correspondiente y confirmar el resultado esperado.</w:t>
      </w:r>
    </w:p>
    <w:p>
      <w:pPr>
        <w:pStyle w:val="ListNumber"/>
      </w:pPr>
      <w:r>
        <w:t>Paso 10: realizar la actividad correspondiente y confirmar el resultado esperado.</w:t>
      </w:r>
    </w:p>
    <w:p>
      <w:r>
        <w:t>Resultado esperado: el procedimiento finaliza correctamente y el sistema permanece operativo.</w:t>
      </w:r>
    </w:p>
    <w:p>
      <w:pPr>
        <w:pStyle w:val="Heading1"/>
      </w:pPr>
      <w:r>
        <w:t>Solución de problemas</w:t>
      </w:r>
    </w:p>
    <w:p>
      <w:r>
        <w:t>Descripción detallada del capítulo.</w:t>
      </w:r>
    </w:p>
    <w:p>
      <w:pPr>
        <w:pStyle w:val="ListNumber"/>
      </w:pPr>
      <w:r>
        <w:t>Paso 1: realizar la actividad correspondiente y confirmar el resultado esperado.</w:t>
      </w:r>
    </w:p>
    <w:p>
      <w:pPr>
        <w:pStyle w:val="ListNumber"/>
      </w:pPr>
      <w:r>
        <w:t>Paso 2: realizar la actividad correspondiente y confirmar el resultado esperado.</w:t>
      </w:r>
    </w:p>
    <w:p>
      <w:pPr>
        <w:pStyle w:val="ListNumber"/>
      </w:pPr>
      <w:r>
        <w:t>Paso 3: realizar la actividad correspondiente y confirmar el resultado esperado.</w:t>
      </w:r>
    </w:p>
    <w:p>
      <w:pPr>
        <w:pStyle w:val="ListNumber"/>
      </w:pPr>
      <w:r>
        <w:t>Paso 4: realizar la actividad correspondiente y confirmar el resultado esperado.</w:t>
      </w:r>
    </w:p>
    <w:p>
      <w:pPr>
        <w:pStyle w:val="ListNumber"/>
      </w:pPr>
      <w:r>
        <w:t>Paso 5: realizar la actividad correspondiente y confirmar el resultado esperado.</w:t>
      </w:r>
    </w:p>
    <w:p>
      <w:pPr>
        <w:pStyle w:val="ListNumber"/>
      </w:pPr>
      <w:r>
        <w:t>Paso 6: realizar la actividad correspondiente y confirmar el resultado esperado.</w:t>
      </w:r>
    </w:p>
    <w:p>
      <w:pPr>
        <w:pStyle w:val="ListNumber"/>
      </w:pPr>
      <w:r>
        <w:t>Paso 7: realizar la actividad correspondiente y confirmar el resultado esperado.</w:t>
      </w:r>
    </w:p>
    <w:p>
      <w:pPr>
        <w:pStyle w:val="ListNumber"/>
      </w:pPr>
      <w:r>
        <w:t>Paso 8: realizar la actividad correspondiente y confirmar el resultado esperado.</w:t>
      </w:r>
    </w:p>
    <w:p>
      <w:pPr>
        <w:pStyle w:val="ListNumber"/>
      </w:pPr>
      <w:r>
        <w:t>Paso 9: realizar la actividad correspondiente y confirmar el resultado esperado.</w:t>
      </w:r>
    </w:p>
    <w:p>
      <w:pPr>
        <w:pStyle w:val="ListNumber"/>
      </w:pPr>
      <w:r>
        <w:t>Paso 10: realizar la actividad correspondiente y confirmar el resultado esperado.</w:t>
      </w:r>
    </w:p>
    <w:p>
      <w:r>
        <w:t>Resultado esperado: el procedimiento finaliza correctamente y el sistema permanece operativo.</w:t>
      </w:r>
    </w:p>
    <w:p>
      <w:pPr>
        <w:pStyle w:val="Heading1"/>
      </w:pPr>
      <w:r>
        <w:t>Mantenimiento preventivo</w:t>
      </w:r>
    </w:p>
    <w:p>
      <w:r>
        <w:t>Descripción detallada del capítulo.</w:t>
      </w:r>
    </w:p>
    <w:p>
      <w:pPr>
        <w:pStyle w:val="ListNumber"/>
      </w:pPr>
      <w:r>
        <w:t>Paso 1: realizar la actividad correspondiente y confirmar el resultado esperado.</w:t>
      </w:r>
    </w:p>
    <w:p>
      <w:pPr>
        <w:pStyle w:val="ListNumber"/>
      </w:pPr>
      <w:r>
        <w:t>Paso 2: realizar la actividad correspondiente y confirmar el resultado esperado.</w:t>
      </w:r>
    </w:p>
    <w:p>
      <w:pPr>
        <w:pStyle w:val="ListNumber"/>
      </w:pPr>
      <w:r>
        <w:t>Paso 3: realizar la actividad correspondiente y confirmar el resultado esperado.</w:t>
      </w:r>
    </w:p>
    <w:p>
      <w:pPr>
        <w:pStyle w:val="ListNumber"/>
      </w:pPr>
      <w:r>
        <w:t>Paso 4: realizar la actividad correspondiente y confirmar el resultado esperado.</w:t>
      </w:r>
    </w:p>
    <w:p>
      <w:pPr>
        <w:pStyle w:val="ListNumber"/>
      </w:pPr>
      <w:r>
        <w:t>Paso 5: realizar la actividad correspondiente y confirmar el resultado esperado.</w:t>
      </w:r>
    </w:p>
    <w:p>
      <w:pPr>
        <w:pStyle w:val="ListNumber"/>
      </w:pPr>
      <w:r>
        <w:t>Paso 6: realizar la actividad correspondiente y confirmar el resultado esperado.</w:t>
      </w:r>
    </w:p>
    <w:p>
      <w:pPr>
        <w:pStyle w:val="ListNumber"/>
      </w:pPr>
      <w:r>
        <w:t>Paso 7: realizar la actividad correspondiente y confirmar el resultado esperado.</w:t>
      </w:r>
    </w:p>
    <w:p>
      <w:pPr>
        <w:pStyle w:val="ListNumber"/>
      </w:pPr>
      <w:r>
        <w:t>Paso 8: realizar la actividad correspondiente y confirmar el resultado esperado.</w:t>
      </w:r>
    </w:p>
    <w:p>
      <w:pPr>
        <w:pStyle w:val="ListNumber"/>
      </w:pPr>
      <w:r>
        <w:t>Paso 9: realizar la actividad correspondiente y confirmar el resultado esperado.</w:t>
      </w:r>
    </w:p>
    <w:p>
      <w:pPr>
        <w:pStyle w:val="ListNumber"/>
      </w:pPr>
      <w:r>
        <w:t>Paso 10: realizar la actividad correspondiente y confirmar el resultado esperado.</w:t>
      </w:r>
    </w:p>
    <w:p>
      <w:r>
        <w:t>Resultado esperado: el procedimiento finaliza correctamente y el sistema permanece operativo.</w:t>
      </w:r>
    </w:p>
    <w:p>
      <w:pPr>
        <w:pStyle w:val="Heading1"/>
      </w:pPr>
      <w:r>
        <w:t>Checklist final</w:t>
      </w:r>
    </w:p>
    <w:p>
      <w:r>
        <w:t>Descripción detallada del capítulo.</w:t>
      </w:r>
    </w:p>
    <w:p>
      <w:pPr>
        <w:pStyle w:val="ListNumber"/>
      </w:pPr>
      <w:r>
        <w:t>Paso 1: realizar la actividad correspondiente y confirmar el resultado esperado.</w:t>
      </w:r>
    </w:p>
    <w:p>
      <w:pPr>
        <w:pStyle w:val="ListNumber"/>
      </w:pPr>
      <w:r>
        <w:t>Paso 2: realizar la actividad correspondiente y confirmar el resultado esperado.</w:t>
      </w:r>
    </w:p>
    <w:p>
      <w:pPr>
        <w:pStyle w:val="ListNumber"/>
      </w:pPr>
      <w:r>
        <w:t>Paso 3: realizar la actividad correspondiente y confirmar el resultado esperado.</w:t>
      </w:r>
    </w:p>
    <w:p>
      <w:pPr>
        <w:pStyle w:val="ListNumber"/>
      </w:pPr>
      <w:r>
        <w:t>Paso 4: realizar la actividad correspondiente y confirmar el resultado esperado.</w:t>
      </w:r>
    </w:p>
    <w:p>
      <w:pPr>
        <w:pStyle w:val="ListNumber"/>
      </w:pPr>
      <w:r>
        <w:t>Paso 5: realizar la actividad correspondiente y confirmar el resultado esperado.</w:t>
      </w:r>
    </w:p>
    <w:p>
      <w:pPr>
        <w:pStyle w:val="ListNumber"/>
      </w:pPr>
      <w:r>
        <w:t>Paso 6: realizar la actividad correspondiente y confirmar el resultado esperado.</w:t>
      </w:r>
    </w:p>
    <w:p>
      <w:pPr>
        <w:pStyle w:val="ListNumber"/>
      </w:pPr>
      <w:r>
        <w:t>Paso 7: realizar la actividad correspondiente y confirmar el resultado esperado.</w:t>
      </w:r>
    </w:p>
    <w:p>
      <w:pPr>
        <w:pStyle w:val="ListNumber"/>
      </w:pPr>
      <w:r>
        <w:t>Paso 8: realizar la actividad correspondiente y confirmar el resultado esperado.</w:t>
      </w:r>
    </w:p>
    <w:p>
      <w:pPr>
        <w:pStyle w:val="ListNumber"/>
      </w:pPr>
      <w:r>
        <w:t>Paso 9: realizar la actividad correspondiente y confirmar el resultado esperado.</w:t>
      </w:r>
    </w:p>
    <w:p>
      <w:pPr>
        <w:pStyle w:val="ListNumber"/>
      </w:pPr>
      <w:r>
        <w:t>Paso 10: realizar la actividad correspondiente y confirmar el resultado esperado.</w:t>
      </w:r>
    </w:p>
    <w:p>
      <w:r>
        <w:t>Resultado esperado: el procedimiento finaliza correctamente y el sistema permanece operativo.</w:t>
      </w:r>
    </w:p>
    <w:p>
      <w:pPr>
        <w:pStyle w:val="Heading1"/>
      </w:pPr>
      <w:r>
        <w:t>Anexos</w:t>
      </w:r>
    </w:p>
    <w:p>
      <w:r>
        <w:t>• Rutas importantes</w:t>
        <w:br/>
        <w:t>• Logs</w:t>
        <w:br/>
        <w:t>• Backups</w:t>
        <w:br/>
        <w:t>• Historial de cambios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